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15DF6" w:rsidRDefault="00F92449">
      <w:pPr>
        <w:spacing w:after="280"/>
        <w:jc w:val="center"/>
      </w:pPr>
      <w:r>
        <w:rPr>
          <w:rFonts w:ascii="Arial" w:hAnsi="Arial"/>
          <w:b/>
          <w:sz w:val="30"/>
        </w:rPr>
        <w:t>GOVT.</w:t>
      </w:r>
      <w:r w:rsidR="00C63A77">
        <w:rPr>
          <w:rFonts w:ascii="Arial" w:hAnsi="Arial"/>
          <w:b/>
          <w:sz w:val="30"/>
        </w:rPr>
        <w:t xml:space="preserve"> GIRLS</w:t>
      </w:r>
      <w:r>
        <w:rPr>
          <w:rFonts w:ascii="Arial" w:hAnsi="Arial"/>
          <w:b/>
          <w:sz w:val="30"/>
        </w:rPr>
        <w:t xml:space="preserve"> HIGHER SECONDARY SCHOOL</w:t>
      </w:r>
      <w:r>
        <w:rPr>
          <w:rFonts w:ascii="Arial" w:hAnsi="Arial"/>
          <w:b/>
          <w:sz w:val="30"/>
        </w:rPr>
        <w:br/>
      </w:r>
      <w:r w:rsidR="00D9301F">
        <w:rPr>
          <w:rFonts w:ascii="Arial" w:hAnsi="Arial"/>
          <w:b/>
          <w:sz w:val="30"/>
        </w:rPr>
        <w:t xml:space="preserve"> </w:t>
      </w:r>
      <w:proofErr w:type="gramStart"/>
      <w:r w:rsidR="00D9301F">
        <w:rPr>
          <w:rFonts w:ascii="Arial" w:hAnsi="Arial"/>
          <w:b/>
          <w:sz w:val="30"/>
        </w:rPr>
        <w:t xml:space="preserve">MODEL </w:t>
      </w:r>
      <w:r>
        <w:rPr>
          <w:rFonts w:ascii="Arial" w:hAnsi="Arial"/>
          <w:b/>
          <w:sz w:val="30"/>
        </w:rPr>
        <w:t xml:space="preserve"> DISTRICT</w:t>
      </w:r>
      <w:proofErr w:type="gramEnd"/>
      <w:r>
        <w:rPr>
          <w:rFonts w:ascii="Arial" w:hAnsi="Arial"/>
          <w:b/>
          <w:sz w:val="30"/>
        </w:rPr>
        <w:t xml:space="preserve"> </w:t>
      </w:r>
      <w:r w:rsidR="00D9301F">
        <w:rPr>
          <w:rFonts w:ascii="Arial" w:hAnsi="Arial"/>
          <w:b/>
          <w:sz w:val="30"/>
        </w:rPr>
        <w:t>LAHORE</w:t>
      </w:r>
    </w:p>
    <w:p w:rsidR="00F15DF6" w:rsidRDefault="00F92449">
      <w:r>
        <w:rPr>
          <w:rFonts w:ascii="Arial" w:hAnsi="Arial"/>
          <w:sz w:val="20"/>
        </w:rPr>
        <w:t>Date: ___________________________                                        No: ___________________________</w:t>
      </w:r>
    </w:p>
    <w:p w:rsidR="00F15DF6" w:rsidRDefault="00F92449">
      <w:pPr>
        <w:spacing w:after="120"/>
      </w:pPr>
      <w:r>
        <w:rPr>
          <w:rFonts w:ascii="Arial" w:hAnsi="Arial"/>
          <w:sz w:val="21"/>
        </w:rPr>
        <w:t>Student's Name</w:t>
      </w:r>
      <w:r w:rsidR="00D9301F">
        <w:rPr>
          <w:rFonts w:ascii="Arial" w:hAnsi="Arial"/>
          <w:sz w:val="21"/>
        </w:rPr>
        <w:t xml:space="preserve"> </w:t>
      </w:r>
      <w:r w:rsidR="00B770F8">
        <w:rPr>
          <w:rFonts w:ascii="Arial" w:hAnsi="Arial"/>
          <w:sz w:val="21"/>
        </w:rPr>
        <w:t xml:space="preserve">    </w:t>
      </w:r>
    </w:p>
    <w:p w:rsidR="00F15DF6" w:rsidRDefault="00F92449">
      <w:pPr>
        <w:spacing w:after="120"/>
      </w:pPr>
      <w:r>
        <w:rPr>
          <w:rFonts w:ascii="Arial" w:hAnsi="Arial"/>
          <w:sz w:val="21"/>
        </w:rPr>
        <w:t xml:space="preserve">Father's </w:t>
      </w:r>
      <w:r w:rsidR="00E57BDD">
        <w:rPr>
          <w:rFonts w:ascii="Arial" w:hAnsi="Arial"/>
          <w:sz w:val="21"/>
        </w:rPr>
        <w:t>Name:</w:t>
      </w:r>
      <w:r w:rsidR="00B770F8">
        <w:rPr>
          <w:rFonts w:ascii="Arial" w:hAnsi="Arial"/>
          <w:sz w:val="21"/>
        </w:rPr>
        <w:t xml:space="preserve">  </w:t>
      </w:r>
      <w:r w:rsidR="00D9301F">
        <w:rPr>
          <w:rFonts w:ascii="Arial" w:hAnsi="Arial"/>
          <w:sz w:val="21"/>
        </w:rPr>
        <w:t xml:space="preserve"> </w:t>
      </w:r>
    </w:p>
    <w:p w:rsidR="00F15DF6" w:rsidRDefault="00E57BDD">
      <w:pPr>
        <w:spacing w:after="320"/>
      </w:pPr>
      <w:r>
        <w:rPr>
          <w:rFonts w:ascii="Arial" w:hAnsi="Arial"/>
          <w:sz w:val="21"/>
        </w:rPr>
        <w:t>Class:</w:t>
      </w:r>
      <w:r w:rsidR="00B770F8">
        <w:rPr>
          <w:rFonts w:ascii="Arial" w:hAnsi="Arial"/>
          <w:sz w:val="21"/>
        </w:rPr>
        <w:t xml:space="preserve"> 12</w:t>
      </w:r>
      <w:r w:rsidR="00F92449">
        <w:rPr>
          <w:rFonts w:ascii="Arial" w:hAnsi="Arial"/>
          <w:sz w:val="21"/>
        </w:rPr>
        <w:t xml:space="preserve">                         </w:t>
      </w:r>
      <w:r w:rsidR="00B770F8">
        <w:rPr>
          <w:rFonts w:ascii="Arial" w:hAnsi="Arial"/>
          <w:sz w:val="21"/>
        </w:rPr>
        <w:t xml:space="preserve">                                                      </w:t>
      </w:r>
      <w:r w:rsidR="00F92449">
        <w:rPr>
          <w:rFonts w:ascii="Arial" w:hAnsi="Arial"/>
          <w:sz w:val="21"/>
        </w:rPr>
        <w:t xml:space="preserve">   Roll </w:t>
      </w:r>
      <w:proofErr w:type="gramStart"/>
      <w:r w:rsidR="00F92449">
        <w:rPr>
          <w:rFonts w:ascii="Arial" w:hAnsi="Arial"/>
          <w:sz w:val="21"/>
        </w:rPr>
        <w:t xml:space="preserve">No </w:t>
      </w:r>
      <w:r w:rsidR="00B770F8">
        <w:rPr>
          <w:rFonts w:ascii="Arial" w:hAnsi="Arial"/>
          <w:sz w:val="21"/>
        </w:rPr>
        <w:t>:</w:t>
      </w:r>
      <w:proofErr w:type="gramEnd"/>
      <w:r w:rsidR="00B770F8">
        <w:rPr>
          <w:rFonts w:ascii="Arial" w:hAnsi="Arial"/>
          <w:sz w:val="21"/>
        </w:rPr>
        <w:t xml:space="preserve">    </w:t>
      </w: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1152"/>
        <w:gridCol w:w="6768"/>
        <w:gridCol w:w="2160"/>
      </w:tblGrid>
      <w:tr w:rsidR="00F15DF6">
        <w:trPr>
          <w:jc w:val="center"/>
        </w:trPr>
        <w:tc>
          <w:tcPr>
            <w:tcW w:w="1152" w:type="dxa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F15DF6" w:rsidRDefault="00F92449">
            <w:pPr>
              <w:jc w:val="center"/>
            </w:pPr>
            <w:r>
              <w:rPr>
                <w:rFonts w:ascii="Arial" w:hAnsi="Arial"/>
                <w:b/>
                <w:sz w:val="21"/>
              </w:rPr>
              <w:t>Sr. No</w:t>
            </w:r>
          </w:p>
        </w:tc>
        <w:tc>
          <w:tcPr>
            <w:tcW w:w="6768" w:type="dxa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F15DF6" w:rsidRDefault="00F92449">
            <w:pPr>
              <w:jc w:val="center"/>
            </w:pPr>
            <w:r>
              <w:rPr>
                <w:rFonts w:ascii="Arial" w:hAnsi="Arial"/>
                <w:b/>
                <w:sz w:val="21"/>
              </w:rPr>
              <w:t>PARTICULARS</w:t>
            </w:r>
          </w:p>
        </w:tc>
        <w:tc>
          <w:tcPr>
            <w:tcW w:w="2160" w:type="dxa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F15DF6" w:rsidRDefault="00F92449">
            <w:pPr>
              <w:jc w:val="center"/>
            </w:pPr>
            <w:r>
              <w:rPr>
                <w:rFonts w:ascii="Arial" w:hAnsi="Arial"/>
                <w:b/>
                <w:sz w:val="21"/>
              </w:rPr>
              <w:t>AMOUNT</w:t>
            </w:r>
          </w:p>
        </w:tc>
      </w:tr>
      <w:tr w:rsidR="00F15DF6">
        <w:trPr>
          <w:jc w:val="center"/>
        </w:trPr>
        <w:tc>
          <w:tcPr>
            <w:tcW w:w="1152" w:type="dxa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F15DF6" w:rsidRDefault="00F92449">
            <w:pPr>
              <w:jc w:val="center"/>
            </w:pPr>
            <w:r>
              <w:rPr>
                <w:rFonts w:ascii="Arial" w:hAnsi="Arial"/>
                <w:sz w:val="20"/>
              </w:rPr>
              <w:t>01</w:t>
            </w:r>
          </w:p>
        </w:tc>
        <w:tc>
          <w:tcPr>
            <w:tcW w:w="6768" w:type="dxa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F15DF6" w:rsidRDefault="00F92449">
            <w:r>
              <w:rPr>
                <w:rFonts w:ascii="Arial" w:hAnsi="Arial"/>
                <w:sz w:val="20"/>
              </w:rPr>
              <w:t>Registration Fee (1st Year) BISE D.G.Khan</w:t>
            </w:r>
          </w:p>
        </w:tc>
        <w:tc>
          <w:tcPr>
            <w:tcW w:w="2160" w:type="dxa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F15DF6" w:rsidRDefault="00F15DF6"/>
        </w:tc>
      </w:tr>
      <w:tr w:rsidR="00F15DF6">
        <w:trPr>
          <w:jc w:val="center"/>
        </w:trPr>
        <w:tc>
          <w:tcPr>
            <w:tcW w:w="1152" w:type="dxa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F15DF6" w:rsidRDefault="00F92449">
            <w:pPr>
              <w:jc w:val="center"/>
            </w:pPr>
            <w:r>
              <w:rPr>
                <w:rFonts w:ascii="Arial" w:hAnsi="Arial"/>
                <w:sz w:val="20"/>
              </w:rPr>
              <w:t>02</w:t>
            </w:r>
          </w:p>
        </w:tc>
        <w:tc>
          <w:tcPr>
            <w:tcW w:w="6768" w:type="dxa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F15DF6" w:rsidRDefault="00F92449">
            <w:r>
              <w:rPr>
                <w:rFonts w:ascii="Arial" w:hAnsi="Arial"/>
                <w:sz w:val="20"/>
              </w:rPr>
              <w:t>Tution Fee (1st &amp; 2nd Year)</w:t>
            </w:r>
          </w:p>
        </w:tc>
        <w:tc>
          <w:tcPr>
            <w:tcW w:w="2160" w:type="dxa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F15DF6" w:rsidRDefault="00F15DF6"/>
        </w:tc>
      </w:tr>
      <w:tr w:rsidR="00F15DF6">
        <w:trPr>
          <w:jc w:val="center"/>
        </w:trPr>
        <w:tc>
          <w:tcPr>
            <w:tcW w:w="1152" w:type="dxa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F15DF6" w:rsidRDefault="00F92449">
            <w:pPr>
              <w:jc w:val="center"/>
            </w:pPr>
            <w:r>
              <w:rPr>
                <w:rFonts w:ascii="Arial" w:hAnsi="Arial"/>
                <w:sz w:val="20"/>
              </w:rPr>
              <w:t>03</w:t>
            </w:r>
          </w:p>
        </w:tc>
        <w:tc>
          <w:tcPr>
            <w:tcW w:w="6768" w:type="dxa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F15DF6" w:rsidRDefault="00F92449">
            <w:r>
              <w:rPr>
                <w:rFonts w:ascii="Arial" w:hAnsi="Arial"/>
                <w:sz w:val="20"/>
              </w:rPr>
              <w:t>FTF Fee (1st &amp; 2nd Year)</w:t>
            </w:r>
          </w:p>
        </w:tc>
        <w:tc>
          <w:tcPr>
            <w:tcW w:w="2160" w:type="dxa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F15DF6" w:rsidRDefault="00F15DF6"/>
        </w:tc>
      </w:tr>
      <w:tr w:rsidR="00F15DF6">
        <w:trPr>
          <w:jc w:val="center"/>
        </w:trPr>
        <w:tc>
          <w:tcPr>
            <w:tcW w:w="1152" w:type="dxa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F15DF6" w:rsidRDefault="00F92449">
            <w:pPr>
              <w:jc w:val="center"/>
            </w:pPr>
            <w:r>
              <w:rPr>
                <w:rFonts w:ascii="Arial" w:hAnsi="Arial"/>
                <w:sz w:val="20"/>
              </w:rPr>
              <w:t>04</w:t>
            </w:r>
          </w:p>
        </w:tc>
        <w:tc>
          <w:tcPr>
            <w:tcW w:w="6768" w:type="dxa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F15DF6" w:rsidRDefault="00F92449">
            <w:r>
              <w:rPr>
                <w:rFonts w:ascii="Arial" w:hAnsi="Arial"/>
                <w:sz w:val="20"/>
              </w:rPr>
              <w:t>Admission Fee (1st Year)</w:t>
            </w:r>
          </w:p>
        </w:tc>
        <w:tc>
          <w:tcPr>
            <w:tcW w:w="2160" w:type="dxa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F15DF6" w:rsidRDefault="00F15DF6"/>
        </w:tc>
      </w:tr>
      <w:tr w:rsidR="00F15DF6">
        <w:trPr>
          <w:jc w:val="center"/>
        </w:trPr>
        <w:tc>
          <w:tcPr>
            <w:tcW w:w="1152" w:type="dxa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F15DF6" w:rsidRDefault="00F92449">
            <w:pPr>
              <w:jc w:val="center"/>
            </w:pPr>
            <w:r>
              <w:rPr>
                <w:rFonts w:ascii="Arial" w:hAnsi="Arial"/>
                <w:sz w:val="20"/>
              </w:rPr>
              <w:t>05</w:t>
            </w:r>
          </w:p>
        </w:tc>
        <w:tc>
          <w:tcPr>
            <w:tcW w:w="6768" w:type="dxa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F15DF6" w:rsidRDefault="00F92449">
            <w:r>
              <w:rPr>
                <w:rFonts w:ascii="Arial" w:hAnsi="Arial"/>
                <w:sz w:val="20"/>
              </w:rPr>
              <w:t>Admission Fee (1st Year) BISE D.G.Khan</w:t>
            </w:r>
          </w:p>
        </w:tc>
        <w:tc>
          <w:tcPr>
            <w:tcW w:w="2160" w:type="dxa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F15DF6" w:rsidRDefault="00F15DF6"/>
        </w:tc>
      </w:tr>
      <w:tr w:rsidR="00F15DF6">
        <w:trPr>
          <w:jc w:val="center"/>
        </w:trPr>
        <w:tc>
          <w:tcPr>
            <w:tcW w:w="1152" w:type="dxa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F15DF6" w:rsidRDefault="00F92449">
            <w:pPr>
              <w:jc w:val="center"/>
            </w:pPr>
            <w:r>
              <w:rPr>
                <w:rFonts w:ascii="Arial" w:hAnsi="Arial"/>
                <w:sz w:val="20"/>
              </w:rPr>
              <w:t>06</w:t>
            </w:r>
          </w:p>
        </w:tc>
        <w:tc>
          <w:tcPr>
            <w:tcW w:w="6768" w:type="dxa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F15DF6" w:rsidRDefault="00F92449">
            <w:r>
              <w:rPr>
                <w:rFonts w:ascii="Arial" w:hAnsi="Arial"/>
                <w:sz w:val="20"/>
              </w:rPr>
              <w:t>Admission Fee (2nd Year) BISE D.G.Khan</w:t>
            </w:r>
          </w:p>
        </w:tc>
        <w:tc>
          <w:tcPr>
            <w:tcW w:w="2160" w:type="dxa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F15DF6" w:rsidRDefault="00F15DF6"/>
        </w:tc>
      </w:tr>
      <w:tr w:rsidR="00F15DF6">
        <w:trPr>
          <w:jc w:val="center"/>
        </w:trPr>
        <w:tc>
          <w:tcPr>
            <w:tcW w:w="1152" w:type="dxa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F15DF6" w:rsidRDefault="00F92449">
            <w:pPr>
              <w:jc w:val="center"/>
            </w:pPr>
            <w:r>
              <w:rPr>
                <w:rFonts w:ascii="Arial" w:hAnsi="Arial"/>
                <w:sz w:val="20"/>
              </w:rPr>
              <w:t>07</w:t>
            </w:r>
          </w:p>
        </w:tc>
        <w:tc>
          <w:tcPr>
            <w:tcW w:w="6768" w:type="dxa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F15DF6" w:rsidRDefault="00F92449">
            <w:r>
              <w:rPr>
                <w:rFonts w:ascii="Arial" w:hAnsi="Arial"/>
                <w:sz w:val="20"/>
              </w:rPr>
              <w:t>Others</w:t>
            </w:r>
          </w:p>
        </w:tc>
        <w:tc>
          <w:tcPr>
            <w:tcW w:w="2160" w:type="dxa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F15DF6" w:rsidRDefault="00F15DF6"/>
        </w:tc>
      </w:tr>
    </w:tbl>
    <w:p w:rsidR="00F15DF6" w:rsidRDefault="00F15DF6">
      <w:pPr>
        <w:spacing w:before="400" w:after="400"/>
      </w:pPr>
    </w:p>
    <w:tbl>
      <w:tblPr>
        <w:tblW w:w="0" w:type="auto"/>
        <w:jc w:val="center"/>
        <w:tblLayout w:type="fixed"/>
        <w:tblLook w:val="04A0"/>
      </w:tblPr>
      <w:tblGrid>
        <w:gridCol w:w="5040"/>
        <w:gridCol w:w="5040"/>
      </w:tblGrid>
      <w:tr w:rsidR="00F15DF6">
        <w:trPr>
          <w:jc w:val="center"/>
        </w:trPr>
        <w:tc>
          <w:tcPr>
            <w:tcW w:w="5040" w:type="dxa"/>
          </w:tcPr>
          <w:p w:rsidR="00F15DF6" w:rsidRDefault="00F92449">
            <w:r>
              <w:rPr>
                <w:rFonts w:ascii="Arial" w:hAnsi="Arial"/>
                <w:b/>
                <w:sz w:val="21"/>
              </w:rPr>
              <w:t>Principal,</w:t>
            </w:r>
            <w:r>
              <w:rPr>
                <w:rFonts w:ascii="Arial" w:hAnsi="Arial"/>
                <w:b/>
                <w:sz w:val="21"/>
              </w:rPr>
              <w:br/>
              <w:t>SIGNATURE</w:t>
            </w:r>
          </w:p>
        </w:tc>
        <w:tc>
          <w:tcPr>
            <w:tcW w:w="5040" w:type="dxa"/>
          </w:tcPr>
          <w:p w:rsidR="00F15DF6" w:rsidRDefault="00F92449">
            <w:pPr>
              <w:jc w:val="right"/>
            </w:pPr>
            <w:r>
              <w:rPr>
                <w:rFonts w:ascii="Arial" w:hAnsi="Arial"/>
                <w:b/>
                <w:sz w:val="21"/>
              </w:rPr>
              <w:t>TOTAL   ___________________</w:t>
            </w:r>
          </w:p>
        </w:tc>
      </w:tr>
    </w:tbl>
    <w:p w:rsidR="00F92449" w:rsidRDefault="00F92449"/>
    <w:sectPr w:rsidR="00F92449" w:rsidSect="00034616">
      <w:pgSz w:w="12240" w:h="15840"/>
      <w:pgMar w:top="1152" w:right="1152" w:bottom="1152" w:left="1152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useFELayout/>
  </w:compat>
  <w:rsids>
    <w:rsidRoot w:val="00B47730"/>
    <w:rsid w:val="00034616"/>
    <w:rsid w:val="0006063C"/>
    <w:rsid w:val="0015074B"/>
    <w:rsid w:val="002262E5"/>
    <w:rsid w:val="002574D2"/>
    <w:rsid w:val="0029639D"/>
    <w:rsid w:val="00326F90"/>
    <w:rsid w:val="009548BD"/>
    <w:rsid w:val="00AA1D8D"/>
    <w:rsid w:val="00B47730"/>
    <w:rsid w:val="00B770F8"/>
    <w:rsid w:val="00C63A77"/>
    <w:rsid w:val="00CB0664"/>
    <w:rsid w:val="00D9301F"/>
    <w:rsid w:val="00E57BDD"/>
    <w:rsid w:val="00F15DF6"/>
    <w:rsid w:val="00F92449"/>
    <w:rsid w:val="00FC693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93</Words>
  <Characters>534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626</CharactersWithSpaces>
  <SharedDoc>false</SharedDoc>
  <HyperlinkBase/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Windows User</cp:lastModifiedBy>
  <cp:revision>6</cp:revision>
  <dcterms:created xsi:type="dcterms:W3CDTF">2013-12-23T23:15:00Z</dcterms:created>
  <dcterms:modified xsi:type="dcterms:W3CDTF">2026-09-22T00:57:00Z</dcterms:modified>
  <cp:category/>
</cp:coreProperties>
</file>